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47E52" w14:textId="77777777" w:rsidR="002353A2" w:rsidRDefault="002353A2">
      <w:pPr>
        <w:pStyle w:val="Heading1"/>
        <w:jc w:val="center"/>
      </w:pPr>
    </w:p>
    <w:p w14:paraId="5293B2FF" w14:textId="41FC0E82" w:rsidR="005C1A2F" w:rsidRDefault="00000000">
      <w:pPr>
        <w:pStyle w:val="Heading1"/>
        <w:jc w:val="center"/>
      </w:pPr>
      <w:r>
        <w:t xml:space="preserve">The Young Photographer Competition </w:t>
      </w:r>
    </w:p>
    <w:p w14:paraId="3C2F50A3" w14:textId="6999726E" w:rsidR="002353A2" w:rsidRDefault="005C1A2F" w:rsidP="005C1A2F">
      <w:pPr>
        <w:pStyle w:val="Heading1"/>
      </w:pPr>
      <w:r>
        <w:t>ENTRY FORM</w:t>
      </w:r>
    </w:p>
    <w:p w14:paraId="111B8161" w14:textId="77777777" w:rsidR="005C1A2F" w:rsidRPr="005C1A2F" w:rsidRDefault="005C1A2F" w:rsidP="005C1A2F"/>
    <w:p w14:paraId="7E355CD2" w14:textId="77777777" w:rsidR="002353A2" w:rsidRDefault="00000000">
      <w:r>
        <w:t xml:space="preserve">Organised by </w:t>
      </w:r>
      <w:r>
        <w:rPr>
          <w:b/>
        </w:rPr>
        <w:t>photoILKLEY</w:t>
      </w:r>
      <w:r>
        <w:br/>
      </w:r>
      <w:r w:rsidRPr="005C1A2F">
        <w:rPr>
          <w:b/>
          <w:bCs/>
        </w:rPr>
        <w:t>Part of Ilkley’s First Photography Festival – 11–13 July 2025</w:t>
      </w:r>
    </w:p>
    <w:p w14:paraId="6036DBCC" w14:textId="77777777" w:rsidR="002353A2" w:rsidRDefault="00000000">
      <w:r>
        <w:t xml:space="preserve">Submission Deadline: </w:t>
      </w:r>
      <w:r>
        <w:rPr>
          <w:b/>
        </w:rPr>
        <w:t>Monday, 16 June 2025 at 1:00 PM GMT</w:t>
      </w:r>
    </w:p>
    <w:p w14:paraId="339B1686" w14:textId="72E70E29" w:rsidR="002353A2" w:rsidRDefault="00000000">
      <w:r>
        <w:t xml:space="preserve">Email submissions to: </w:t>
      </w:r>
      <w:hyperlink r:id="rId8" w:history="1">
        <w:r w:rsidRPr="005C1A2F">
          <w:rPr>
            <w:rStyle w:val="Hyperlink"/>
            <w:b/>
            <w:bCs/>
          </w:rPr>
          <w:t>contact@photoilkley.com</w:t>
        </w:r>
      </w:hyperlink>
    </w:p>
    <w:p w14:paraId="5FBBDE5B" w14:textId="77777777" w:rsidR="002353A2" w:rsidRDefault="00000000">
      <w:pPr>
        <w:pStyle w:val="Heading2"/>
      </w:pPr>
      <w:r>
        <w:t>1. Entrant Information</w:t>
      </w:r>
    </w:p>
    <w:p w14:paraId="454E346E" w14:textId="77777777" w:rsidR="002353A2" w:rsidRDefault="00000000">
      <w:r>
        <w:t>Full Name:</w:t>
      </w:r>
    </w:p>
    <w:p w14:paraId="643E44F6" w14:textId="77777777" w:rsidR="002353A2" w:rsidRDefault="00000000">
      <w:r>
        <w:t>Date of Birth:</w:t>
      </w:r>
    </w:p>
    <w:p w14:paraId="43E88BE0" w14:textId="77777777" w:rsidR="002353A2" w:rsidRDefault="00000000">
      <w:r>
        <w:t>Age on 16 June 2025:</w:t>
      </w:r>
    </w:p>
    <w:p w14:paraId="4B4AE98A" w14:textId="77777777" w:rsidR="002353A2" w:rsidRDefault="00000000">
      <w:r>
        <w:t>Email Address:</w:t>
      </w:r>
    </w:p>
    <w:p w14:paraId="13EE32D2" w14:textId="77777777" w:rsidR="002353A2" w:rsidRDefault="00000000">
      <w:r>
        <w:t>Phone Number:</w:t>
      </w:r>
    </w:p>
    <w:p w14:paraId="3420540B" w14:textId="77777777" w:rsidR="002353A2" w:rsidRDefault="00000000">
      <w:r>
        <w:t>SOCIAL MEDIA (IF APPLICABLE):</w:t>
      </w:r>
    </w:p>
    <w:p w14:paraId="5744F4D9" w14:textId="77777777" w:rsidR="002353A2" w:rsidRPr="005C1A2F" w:rsidRDefault="00000000">
      <w:pPr>
        <w:rPr>
          <w:b/>
          <w:bCs/>
        </w:rPr>
      </w:pPr>
      <w:r>
        <w:lastRenderedPageBreak/>
        <w:t>2</w:t>
      </w:r>
      <w:r w:rsidRPr="005C1A2F">
        <w:rPr>
          <w:b/>
          <w:bCs/>
        </w:rPr>
        <w:t>. Parent/Guardian Consent (Required if entrant is under 16)</w:t>
      </w:r>
    </w:p>
    <w:p w14:paraId="0B721448" w14:textId="77777777" w:rsidR="002353A2" w:rsidRDefault="00000000">
      <w:r>
        <w:t>Parent/Guardian Full Name:</w:t>
      </w:r>
    </w:p>
    <w:p w14:paraId="3280D3C4" w14:textId="77777777" w:rsidR="002353A2" w:rsidRDefault="00000000">
      <w:r>
        <w:t>Relationship to Entrant:</w:t>
      </w:r>
    </w:p>
    <w:p w14:paraId="1348D63B" w14:textId="77777777" w:rsidR="002353A2" w:rsidRDefault="00000000">
      <w:r>
        <w:t>Email Address:</w:t>
      </w:r>
    </w:p>
    <w:p w14:paraId="6C4F489B" w14:textId="77777777" w:rsidR="002353A2" w:rsidRDefault="00000000">
      <w:r>
        <w:t>Phone Number:</w:t>
      </w:r>
    </w:p>
    <w:p w14:paraId="38A164D6" w14:textId="77777777" w:rsidR="002353A2" w:rsidRDefault="00000000">
      <w:r>
        <w:t>Signature:</w:t>
      </w:r>
    </w:p>
    <w:p w14:paraId="5B8F2F14" w14:textId="673F21E1" w:rsidR="002353A2" w:rsidRDefault="00000000">
      <w:r>
        <w:t>Date:</w:t>
      </w:r>
    </w:p>
    <w:p w14:paraId="1F0E0A3A" w14:textId="77777777" w:rsidR="002353A2" w:rsidRDefault="00000000">
      <w:pPr>
        <w:pStyle w:val="Heading2"/>
      </w:pPr>
      <w:r>
        <w:t>3. Photograph Submission Details</w:t>
      </w:r>
    </w:p>
    <w:p w14:paraId="78AB257D" w14:textId="77777777" w:rsidR="002353A2" w:rsidRDefault="00000000">
      <w:r>
        <w:t>Each entrant may submit up to three (3) photographs. For each photo, please provide the following:</w:t>
      </w:r>
    </w:p>
    <w:p w14:paraId="58CA251E" w14:textId="77777777" w:rsidR="002353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Photo 1:</w:t>
      </w:r>
    </w:p>
    <w:p w14:paraId="5DFEE1B7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Title:</w:t>
      </w:r>
    </w:p>
    <w:p w14:paraId="1625FFF3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Category (Portrait / Wildlife / Architecture / Landscape / Other):</w:t>
      </w:r>
    </w:p>
    <w:p w14:paraId="4AD8D848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Date Taken:</w:t>
      </w:r>
    </w:p>
    <w:p w14:paraId="7BEE152C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Location:</w:t>
      </w:r>
    </w:p>
    <w:p w14:paraId="77AF4313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Brief Description:</w:t>
      </w:r>
    </w:p>
    <w:p w14:paraId="19AD271E" w14:textId="77777777" w:rsidR="002353A2" w:rsidRDefault="002353A2">
      <w:pPr>
        <w:pBdr>
          <w:top w:val="nil"/>
          <w:left w:val="nil"/>
          <w:bottom w:val="nil"/>
          <w:right w:val="nil"/>
          <w:between w:val="nil"/>
        </w:pBdr>
      </w:pPr>
    </w:p>
    <w:p w14:paraId="22C25D14" w14:textId="77777777" w:rsidR="002353A2" w:rsidRDefault="002353A2">
      <w:pPr>
        <w:pBdr>
          <w:top w:val="nil"/>
          <w:left w:val="nil"/>
          <w:bottom w:val="nil"/>
          <w:right w:val="nil"/>
          <w:between w:val="nil"/>
        </w:pBdr>
      </w:pPr>
    </w:p>
    <w:p w14:paraId="762B43AB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67AF2FB9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53352E79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7790FA59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4B80E5A8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15797E11" w14:textId="77777777" w:rsidR="002353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Photo 2:</w:t>
      </w:r>
    </w:p>
    <w:p w14:paraId="70E615AF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Title:</w:t>
      </w:r>
    </w:p>
    <w:p w14:paraId="45DACDAA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Category (Portrait / Wildlife / Architecture / Landscape / Other):</w:t>
      </w:r>
    </w:p>
    <w:p w14:paraId="7610CC98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Date Taken:</w:t>
      </w:r>
    </w:p>
    <w:p w14:paraId="7D85DB40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Location:</w:t>
      </w:r>
    </w:p>
    <w:p w14:paraId="13392628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Brief Description:</w:t>
      </w:r>
    </w:p>
    <w:p w14:paraId="12798268" w14:textId="77777777" w:rsidR="002353A2" w:rsidRDefault="002353A2">
      <w:pPr>
        <w:pBdr>
          <w:top w:val="nil"/>
          <w:left w:val="nil"/>
          <w:bottom w:val="nil"/>
          <w:right w:val="nil"/>
          <w:between w:val="nil"/>
        </w:pBdr>
      </w:pPr>
    </w:p>
    <w:p w14:paraId="66E571AD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3A899233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7189EA42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61A6CE27" w14:textId="77777777" w:rsidR="005C1A2F" w:rsidRDefault="005C1A2F">
      <w:pPr>
        <w:pBdr>
          <w:top w:val="nil"/>
          <w:left w:val="nil"/>
          <w:bottom w:val="nil"/>
          <w:right w:val="nil"/>
          <w:between w:val="nil"/>
        </w:pBdr>
      </w:pPr>
    </w:p>
    <w:p w14:paraId="5A8C9A42" w14:textId="77777777" w:rsidR="002353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Photo 3:</w:t>
      </w:r>
    </w:p>
    <w:p w14:paraId="5F06C4F2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Title:</w:t>
      </w:r>
    </w:p>
    <w:p w14:paraId="21BE5221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Category (Portrait / Wildlife / Architecture / Landscape / Other):</w:t>
      </w:r>
    </w:p>
    <w:p w14:paraId="1D618A24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Date Taken:</w:t>
      </w:r>
    </w:p>
    <w:p w14:paraId="41FD4BDD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Location:</w:t>
      </w:r>
    </w:p>
    <w:p w14:paraId="2D542D63" w14:textId="77777777" w:rsidR="002353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Brief Description:</w:t>
      </w:r>
    </w:p>
    <w:p w14:paraId="115DE91D" w14:textId="77777777" w:rsidR="002353A2" w:rsidRDefault="002353A2">
      <w:pPr>
        <w:pBdr>
          <w:top w:val="nil"/>
          <w:left w:val="nil"/>
          <w:bottom w:val="nil"/>
          <w:right w:val="nil"/>
          <w:between w:val="nil"/>
        </w:pBdr>
      </w:pPr>
    </w:p>
    <w:p w14:paraId="5AC4AF36" w14:textId="77777777" w:rsidR="002353A2" w:rsidRDefault="002353A2">
      <w:pPr>
        <w:pBdr>
          <w:top w:val="nil"/>
          <w:left w:val="nil"/>
          <w:bottom w:val="nil"/>
          <w:right w:val="nil"/>
          <w:between w:val="nil"/>
        </w:pBdr>
      </w:pPr>
    </w:p>
    <w:p w14:paraId="468294DE" w14:textId="77777777" w:rsidR="002353A2" w:rsidRDefault="002353A2">
      <w:pPr>
        <w:pBdr>
          <w:top w:val="nil"/>
          <w:left w:val="nil"/>
          <w:bottom w:val="nil"/>
          <w:right w:val="nil"/>
          <w:between w:val="nil"/>
        </w:pBdr>
      </w:pPr>
    </w:p>
    <w:p w14:paraId="1A95D1DB" w14:textId="573FA24E" w:rsidR="002353A2" w:rsidRPr="005C1A2F" w:rsidRDefault="00000000">
      <w:pPr>
        <w:rPr>
          <w:b/>
          <w:bCs/>
        </w:rPr>
      </w:pPr>
      <w:r w:rsidRPr="005C1A2F">
        <w:rPr>
          <w:b/>
          <w:bCs/>
        </w:rPr>
        <w:t>Note: Photographs must be submitted in JPEG format,</w:t>
      </w:r>
      <w:r w:rsidR="005C1A2F" w:rsidRPr="005C1A2F">
        <w:rPr>
          <w:b/>
          <w:bCs/>
        </w:rPr>
        <w:t xml:space="preserve"> </w:t>
      </w:r>
      <w:r w:rsidRPr="005C1A2F">
        <w:rPr>
          <w:b/>
          <w:bCs/>
        </w:rPr>
        <w:t xml:space="preserve">of max. 10MB in size, </w:t>
      </w:r>
    </w:p>
    <w:p w14:paraId="00A083CC" w14:textId="77777777" w:rsidR="002353A2" w:rsidRPr="005C1A2F" w:rsidRDefault="00000000">
      <w:pPr>
        <w:rPr>
          <w:b/>
          <w:bCs/>
        </w:rPr>
      </w:pPr>
      <w:r w:rsidRPr="005C1A2F">
        <w:rPr>
          <w:b/>
          <w:bCs/>
        </w:rPr>
        <w:t>4. Declaration and Consent</w:t>
      </w:r>
    </w:p>
    <w:p w14:paraId="28ECD64B" w14:textId="77777777" w:rsidR="002353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 am the original creator of the submitted photograph(s).</w:t>
      </w:r>
    </w:p>
    <w:p w14:paraId="20E5C308" w14:textId="77777777" w:rsidR="002353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 have obtained permission from any identifiable individuals in the photographs, or their guardians if under 16.</w:t>
      </w:r>
    </w:p>
    <w:p w14:paraId="2977C956" w14:textId="77777777" w:rsidR="002353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 have read and agree to the competition's full terms and conditions.</w:t>
      </w:r>
    </w:p>
    <w:p w14:paraId="7373A5A5" w14:textId="77777777" w:rsidR="002353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understand that photoILKLEY may use my submitted photographs for promotional purposes related to the competition and festival, with appropriate credit.</w:t>
      </w:r>
    </w:p>
    <w:p w14:paraId="36A69261" w14:textId="77777777" w:rsidR="002353A2" w:rsidRDefault="00000000">
      <w:r>
        <w:t>Entrant Signature: __________________________________________</w:t>
      </w:r>
    </w:p>
    <w:p w14:paraId="2F4A76F8" w14:textId="77777777" w:rsidR="002353A2" w:rsidRDefault="00000000">
      <w:r>
        <w:t>Date: __________________________________________</w:t>
      </w:r>
    </w:p>
    <w:p w14:paraId="56C2D8DE" w14:textId="77777777" w:rsidR="002353A2" w:rsidRDefault="00000000">
      <w:r>
        <w:br/>
        <w:t>Please ensure all sections of this form are completed. Incomplete entries may not be considered.</w:t>
      </w:r>
    </w:p>
    <w:p w14:paraId="0C068F26" w14:textId="0F95CC80" w:rsidR="002353A2" w:rsidRDefault="00000000">
      <w:r>
        <w:t xml:space="preserve">For full terms and conditions, please refer to the competition </w:t>
      </w:r>
      <w:r w:rsidR="005C1A2F">
        <w:t>Rules and Regulations</w:t>
      </w:r>
      <w:r>
        <w:t xml:space="preserve"> provided.</w:t>
      </w:r>
    </w:p>
    <w:sectPr w:rsidR="002353A2" w:rsidSect="005C1A2F">
      <w:headerReference w:type="default" r:id="rId9"/>
      <w:footerReference w:type="default" r:id="rId10"/>
      <w:pgSz w:w="12240" w:h="15840"/>
      <w:pgMar w:top="159" w:right="1797" w:bottom="1440" w:left="179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929F8" w14:textId="77777777" w:rsidR="00701C3A" w:rsidRDefault="00701C3A">
      <w:pPr>
        <w:spacing w:after="0" w:line="240" w:lineRule="auto"/>
      </w:pPr>
      <w:r>
        <w:separator/>
      </w:r>
    </w:p>
  </w:endnote>
  <w:endnote w:type="continuationSeparator" w:id="0">
    <w:p w14:paraId="0E8F7A89" w14:textId="77777777" w:rsidR="00701C3A" w:rsidRDefault="00701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2616641-77CC-6846-914D-A1E972F885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D3F3D5B-64F3-7B41-9090-3FAF8A8BA59A}"/>
    <w:embedBold r:id="rId3" w:fontKey="{218D2F25-11E1-A347-B3BB-1AC5A87AB6B6}"/>
    <w:embedItalic r:id="rId4" w:fontKey="{6741E521-F62B-344F-BC83-FF13132703F0}"/>
    <w:embedBoldItalic r:id="rId5" w:fontKey="{9F091505-D857-8843-A5E5-940106392C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4AA0C5-394B-CB40-BF24-063C57F092EE}"/>
    <w:embedBold r:id="rId7" w:fontKey="{1B80E665-302B-3D4C-901D-07A3A4D75F2E}"/>
    <w:embedItalic r:id="rId8" w:fontKey="{E1719F06-E931-7441-9FA7-8284A0366913}"/>
    <w:embedBoldItalic r:id="rId9" w:fontKey="{3D1D2C81-4737-C640-A859-C0F2AAEAD4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A813075-CC0C-E546-9F42-4DF95A76DCE6}"/>
    <w:embedBold r:id="rId11" w:fontKey="{38C5773F-8AD7-134F-9D65-38FCB50AA300}"/>
    <w:embedItalic r:id="rId12" w:fontKey="{906CB2F4-A979-4F45-835C-BED9C21C9113}"/>
    <w:embedBoldItalic r:id="rId13" w:fontKey="{96F246D6-112F-E545-A22F-56426378DB92}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  <w:embedRegular r:id="rId14" w:fontKey="{9AC4166B-83E9-A545-8EED-9826992E0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1EE3C" w14:textId="3827089E" w:rsidR="005C1A2F" w:rsidRDefault="00000000" w:rsidP="005C1A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851"/>
      <w:rPr>
        <w:color w:val="000000"/>
      </w:rPr>
    </w:pPr>
    <w:r>
      <w:rPr>
        <w:noProof/>
        <w:color w:val="000000"/>
      </w:rPr>
      <w:drawing>
        <wp:inline distT="0" distB="0" distL="0" distR="0" wp14:anchorId="7E65A9B7" wp14:editId="11CA8A55">
          <wp:extent cx="710988" cy="702733"/>
          <wp:effectExtent l="0" t="0" r="635" b="0"/>
          <wp:docPr id="916816000" name="image1.jpg" descr="A red square with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red square with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936" cy="72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C1A2F">
      <w:rPr>
        <w:color w:val="000000"/>
      </w:rPr>
      <w:t xml:space="preserve">website: </w:t>
    </w:r>
    <w:hyperlink r:id="rId2" w:history="1">
      <w:r w:rsidR="005C1A2F" w:rsidRPr="009E18A6">
        <w:rPr>
          <w:rStyle w:val="Hyperlink"/>
        </w:rPr>
        <w:t>www.photoilkley.com</w:t>
      </w:r>
    </w:hyperlink>
    <w:r w:rsidR="005C1A2F">
      <w:rPr>
        <w:color w:val="000000"/>
      </w:rPr>
      <w:t xml:space="preserve">  email: </w:t>
    </w:r>
    <w:hyperlink r:id="rId3" w:history="1">
      <w:r w:rsidR="005C1A2F" w:rsidRPr="005C1A2F">
        <w:rPr>
          <w:rStyle w:val="Hyperlink"/>
        </w:rPr>
        <w:t>contact@photoilkley.com</w:t>
      </w:r>
    </w:hyperlink>
  </w:p>
  <w:p w14:paraId="6F92877D" w14:textId="77777777" w:rsidR="005C1A2F" w:rsidRDefault="005C1A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CB262" w14:textId="77777777" w:rsidR="00701C3A" w:rsidRDefault="00701C3A">
      <w:pPr>
        <w:spacing w:after="0" w:line="240" w:lineRule="auto"/>
      </w:pPr>
      <w:r>
        <w:separator/>
      </w:r>
    </w:p>
  </w:footnote>
  <w:footnote w:type="continuationSeparator" w:id="0">
    <w:p w14:paraId="0ADE81AA" w14:textId="77777777" w:rsidR="00701C3A" w:rsidRDefault="00701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5053F" w14:textId="6780673C" w:rsidR="002353A2" w:rsidRDefault="005C1A2F" w:rsidP="005C1A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560" w:right="-1566" w:firstLine="14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405639B" wp14:editId="044DF8C0">
          <wp:extent cx="6666865" cy="2975398"/>
          <wp:effectExtent l="0" t="0" r="635" b="0"/>
          <wp:docPr id="7541485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148516" name="Picture 7541485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435" cy="2984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5111C"/>
    <w:multiLevelType w:val="multilevel"/>
    <w:tmpl w:val="368A9998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B936A56"/>
    <w:multiLevelType w:val="multilevel"/>
    <w:tmpl w:val="45BCB006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FC4EFB"/>
    <w:multiLevelType w:val="multilevel"/>
    <w:tmpl w:val="875A244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7212170">
    <w:abstractNumId w:val="2"/>
  </w:num>
  <w:num w:numId="2" w16cid:durableId="1730617096">
    <w:abstractNumId w:val="0"/>
  </w:num>
  <w:num w:numId="3" w16cid:durableId="804156832">
    <w:abstractNumId w:val="1"/>
  </w:num>
  <w:num w:numId="4" w16cid:durableId="10027760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396073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21788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3A2"/>
    <w:rsid w:val="002353A2"/>
    <w:rsid w:val="005C1A2F"/>
    <w:rsid w:val="00701C3A"/>
    <w:rsid w:val="008D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6E2CB"/>
  <w15:docId w15:val="{042A339A-9C5B-2147-801D-B05D6421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sion">
    <w:name w:val="Revision"/>
    <w:hidden/>
    <w:uiPriority w:val="99"/>
    <w:semiHidden/>
    <w:rsid w:val="00967FD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1A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A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photoilkle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hotoilkley.com" TargetMode="External"/><Relationship Id="rId2" Type="http://schemas.openxmlformats.org/officeDocument/2006/relationships/hyperlink" Target="http://www.photoilkley.com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W5Ego7ozlyGdzvWXH77KUYFeTQ==">CgMxLjA4AHIhMU5YT00wcEVfNmk4U2FTSEhsa3BwNTRFZy03bVBmOUZo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Andreea Chitan</cp:lastModifiedBy>
  <cp:revision>2</cp:revision>
  <dcterms:created xsi:type="dcterms:W3CDTF">2013-12-23T23:15:00Z</dcterms:created>
  <dcterms:modified xsi:type="dcterms:W3CDTF">2025-05-04T08:47:00Z</dcterms:modified>
</cp:coreProperties>
</file>